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44CD" w14:textId="7300B6F0" w:rsidR="00B77A66" w:rsidRDefault="004C0889" w:rsidP="004C0889">
      <w:r>
        <w:rPr>
          <w:b/>
          <w:bCs/>
          <w:noProof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5571E3ED" wp14:editId="2AD1D896">
            <wp:simplePos x="0" y="0"/>
            <wp:positionH relativeFrom="margin">
              <wp:posOffset>-342900</wp:posOffset>
            </wp:positionH>
            <wp:positionV relativeFrom="paragraph">
              <wp:posOffset>-822960</wp:posOffset>
            </wp:positionV>
            <wp:extent cx="1699260" cy="925195"/>
            <wp:effectExtent l="0" t="0" r="0" b="8255"/>
            <wp:wrapNone/>
            <wp:docPr id="1791902298" name="Picture 1" descr="A logo with orang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902298" name="Picture 1" descr="A logo with orange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E36C0A" w:themeColor="accent6" w:themeShade="BF"/>
          <w:sz w:val="44"/>
        </w:rPr>
        <w:t xml:space="preserve">            </w:t>
      </w:r>
      <w:r w:rsidR="00641D92">
        <w:rPr>
          <w:b/>
          <w:color w:val="E36C0A" w:themeColor="accent6" w:themeShade="BF"/>
          <w:sz w:val="44"/>
        </w:rPr>
        <w:t xml:space="preserve">                         </w:t>
      </w:r>
      <w:r w:rsidRPr="004C0889">
        <w:rPr>
          <w:b/>
          <w:color w:val="E36C0A" w:themeColor="accent6" w:themeShade="BF"/>
          <w:sz w:val="44"/>
        </w:rPr>
        <w:t xml:space="preserve">WEALDEN WORKS </w:t>
      </w:r>
      <w:r>
        <w:rPr>
          <w:b/>
          <w:color w:val="206E41"/>
          <w:sz w:val="44"/>
        </w:rPr>
        <w:br/>
      </w:r>
      <w:r>
        <w:rPr>
          <w:sz w:val="28"/>
        </w:rPr>
        <w:t xml:space="preserve">                                                                        </w:t>
      </w:r>
      <w:r w:rsidR="00641D92">
        <w:rPr>
          <w:sz w:val="28"/>
        </w:rPr>
        <w:t xml:space="preserve"> </w:t>
      </w:r>
      <w:r>
        <w:rPr>
          <w:sz w:val="28"/>
        </w:rPr>
        <w:t>Referral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77A66" w14:paraId="71E1E4AD" w14:textId="77777777" w:rsidTr="004C0889">
        <w:tc>
          <w:tcPr>
            <w:tcW w:w="10800" w:type="dxa"/>
            <w:gridSpan w:val="2"/>
            <w:shd w:val="clear" w:color="auto" w:fill="F79646" w:themeFill="accent6"/>
          </w:tcPr>
          <w:p w14:paraId="45B95440" w14:textId="77777777" w:rsidR="00B77A66" w:rsidRDefault="00C10CE9">
            <w:r>
              <w:rPr>
                <w:b/>
              </w:rPr>
              <w:t>Referral Location</w:t>
            </w:r>
          </w:p>
        </w:tc>
      </w:tr>
      <w:tr w:rsidR="00B77A66" w14:paraId="77813847" w14:textId="77777777">
        <w:tc>
          <w:tcPr>
            <w:tcW w:w="5400" w:type="dxa"/>
          </w:tcPr>
          <w:p w14:paraId="1C77EA8D" w14:textId="77777777" w:rsidR="00B77A66" w:rsidRDefault="00C10CE9">
            <w:r>
              <w:t>Please select</w:t>
            </w:r>
          </w:p>
        </w:tc>
        <w:tc>
          <w:tcPr>
            <w:tcW w:w="5400" w:type="dxa"/>
          </w:tcPr>
          <w:p w14:paraId="3F6DEF46" w14:textId="4D64CD76" w:rsidR="00B77A66" w:rsidRDefault="00C10CE9">
            <w:sdt>
              <w:sdtPr>
                <w:id w:val="92877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Polegate      </w:t>
            </w:r>
            <w:sdt>
              <w:sdtPr>
                <w:id w:val="-204659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>Heathfield</w:t>
            </w:r>
          </w:p>
        </w:tc>
      </w:tr>
    </w:tbl>
    <w:p w14:paraId="3358F28E" w14:textId="77777777" w:rsidR="00B77A66" w:rsidRDefault="00B77A6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6"/>
        <w:gridCol w:w="5394"/>
      </w:tblGrid>
      <w:tr w:rsidR="00B77A66" w14:paraId="10596CBD" w14:textId="77777777" w:rsidTr="004C0889">
        <w:tc>
          <w:tcPr>
            <w:tcW w:w="10800" w:type="dxa"/>
            <w:gridSpan w:val="2"/>
            <w:shd w:val="clear" w:color="auto" w:fill="F79646" w:themeFill="accent6"/>
          </w:tcPr>
          <w:p w14:paraId="765E07AD" w14:textId="77777777" w:rsidR="00B77A66" w:rsidRDefault="00C10CE9">
            <w:r>
              <w:rPr>
                <w:b/>
              </w:rPr>
              <w:t>Participant Details</w:t>
            </w:r>
          </w:p>
        </w:tc>
      </w:tr>
      <w:tr w:rsidR="00B77A66" w14:paraId="5AD60522" w14:textId="77777777">
        <w:tc>
          <w:tcPr>
            <w:tcW w:w="5400" w:type="dxa"/>
          </w:tcPr>
          <w:p w14:paraId="00DEEAFE" w14:textId="20431B56" w:rsidR="00B77A66" w:rsidRDefault="00C10CE9">
            <w:r>
              <w:t>First Name</w:t>
            </w:r>
          </w:p>
        </w:tc>
        <w:tc>
          <w:tcPr>
            <w:tcW w:w="5400" w:type="dxa"/>
          </w:tcPr>
          <w:p w14:paraId="02E9B51F" w14:textId="77777777" w:rsidR="00B77A66" w:rsidRDefault="00B77A66"/>
        </w:tc>
      </w:tr>
      <w:tr w:rsidR="00B77A66" w14:paraId="040BB264" w14:textId="77777777">
        <w:tc>
          <w:tcPr>
            <w:tcW w:w="5400" w:type="dxa"/>
          </w:tcPr>
          <w:p w14:paraId="5F8FC865" w14:textId="497C7F31" w:rsidR="00B77A66" w:rsidRDefault="00C10CE9">
            <w:r>
              <w:t>Last Name</w:t>
            </w:r>
          </w:p>
        </w:tc>
        <w:tc>
          <w:tcPr>
            <w:tcW w:w="5400" w:type="dxa"/>
          </w:tcPr>
          <w:p w14:paraId="2A07B085" w14:textId="77777777" w:rsidR="00B77A66" w:rsidRDefault="00B77A66"/>
        </w:tc>
      </w:tr>
      <w:tr w:rsidR="00B77A66" w14:paraId="3D4AF4C5" w14:textId="77777777">
        <w:tc>
          <w:tcPr>
            <w:tcW w:w="5400" w:type="dxa"/>
          </w:tcPr>
          <w:p w14:paraId="4FC75229" w14:textId="77777777" w:rsidR="00B77A66" w:rsidRDefault="00C10CE9">
            <w:r>
              <w:t>Home Town</w:t>
            </w:r>
          </w:p>
        </w:tc>
        <w:tc>
          <w:tcPr>
            <w:tcW w:w="5400" w:type="dxa"/>
          </w:tcPr>
          <w:p w14:paraId="2CA7D2B3" w14:textId="77777777" w:rsidR="00B77A66" w:rsidRDefault="00B77A66"/>
        </w:tc>
      </w:tr>
      <w:tr w:rsidR="00B77A66" w14:paraId="1E22B856" w14:textId="77777777">
        <w:tc>
          <w:tcPr>
            <w:tcW w:w="5400" w:type="dxa"/>
          </w:tcPr>
          <w:p w14:paraId="7F9CF7F0" w14:textId="4828698B" w:rsidR="00B77A66" w:rsidRDefault="00C10CE9">
            <w:r>
              <w:t>Mobile Number</w:t>
            </w:r>
          </w:p>
        </w:tc>
        <w:tc>
          <w:tcPr>
            <w:tcW w:w="5400" w:type="dxa"/>
          </w:tcPr>
          <w:p w14:paraId="43E0B23D" w14:textId="77777777" w:rsidR="00B77A66" w:rsidRDefault="00B77A66"/>
        </w:tc>
      </w:tr>
      <w:tr w:rsidR="00B77A66" w14:paraId="4716CFCE" w14:textId="77777777">
        <w:tc>
          <w:tcPr>
            <w:tcW w:w="5400" w:type="dxa"/>
          </w:tcPr>
          <w:p w14:paraId="35067D7B" w14:textId="5165E52B" w:rsidR="00B77A66" w:rsidRDefault="00C10CE9">
            <w:r>
              <w:t>Email Address</w:t>
            </w:r>
          </w:p>
        </w:tc>
        <w:tc>
          <w:tcPr>
            <w:tcW w:w="5400" w:type="dxa"/>
          </w:tcPr>
          <w:p w14:paraId="5508A10A" w14:textId="77777777" w:rsidR="00B77A66" w:rsidRDefault="00B77A66"/>
        </w:tc>
      </w:tr>
      <w:tr w:rsidR="00B77A66" w14:paraId="39F67C64" w14:textId="77777777">
        <w:tc>
          <w:tcPr>
            <w:tcW w:w="5400" w:type="dxa"/>
          </w:tcPr>
          <w:p w14:paraId="6FF936A4" w14:textId="77777777" w:rsidR="00B77A66" w:rsidRDefault="00C10CE9">
            <w:r>
              <w:t>Employment Status</w:t>
            </w:r>
          </w:p>
        </w:tc>
        <w:tc>
          <w:tcPr>
            <w:tcW w:w="5400" w:type="dxa"/>
          </w:tcPr>
          <w:p w14:paraId="46B21C5A" w14:textId="77777777" w:rsidR="00B77A66" w:rsidRDefault="00B77A66"/>
        </w:tc>
      </w:tr>
      <w:tr w:rsidR="00B77A66" w14:paraId="02721FA7" w14:textId="77777777">
        <w:tc>
          <w:tcPr>
            <w:tcW w:w="5400" w:type="dxa"/>
          </w:tcPr>
          <w:p w14:paraId="400EDE0C" w14:textId="77777777" w:rsidR="00B77A66" w:rsidRDefault="00C10CE9">
            <w:r>
              <w:t>Currently unemployed and available for work/training?</w:t>
            </w:r>
          </w:p>
        </w:tc>
        <w:tc>
          <w:tcPr>
            <w:tcW w:w="5400" w:type="dxa"/>
          </w:tcPr>
          <w:p w14:paraId="15694469" w14:textId="6B697234" w:rsidR="00B77A66" w:rsidRDefault="00C10CE9">
            <w:sdt>
              <w:sdtPr>
                <w:id w:val="159713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Yes </w:t>
            </w:r>
            <w:sdt>
              <w:sdtPr>
                <w:id w:val="-171564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 No</w:t>
            </w:r>
          </w:p>
        </w:tc>
      </w:tr>
      <w:tr w:rsidR="004C0889" w14:paraId="0E6FF406" w14:textId="77777777" w:rsidTr="0088640D">
        <w:tc>
          <w:tcPr>
            <w:tcW w:w="5400" w:type="dxa"/>
          </w:tcPr>
          <w:p w14:paraId="0DCA9ADC" w14:textId="77777777" w:rsidR="004C0889" w:rsidRDefault="004C0889" w:rsidP="0088640D">
            <w:r>
              <w:t>Education, Health &amp; Care Plan (EHCP)</w:t>
            </w:r>
          </w:p>
        </w:tc>
        <w:tc>
          <w:tcPr>
            <w:tcW w:w="5400" w:type="dxa"/>
          </w:tcPr>
          <w:p w14:paraId="30A393F5" w14:textId="677EDFEC" w:rsidR="004C0889" w:rsidRDefault="00C10CE9" w:rsidP="0088640D">
            <w:sdt>
              <w:sdtPr>
                <w:id w:val="-112854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Yes </w:t>
            </w:r>
            <w:sdt>
              <w:sdtPr>
                <w:id w:val="204123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>No</w:t>
            </w:r>
          </w:p>
        </w:tc>
      </w:tr>
    </w:tbl>
    <w:p w14:paraId="6F350349" w14:textId="77777777" w:rsidR="00B77A66" w:rsidRDefault="00B77A6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6"/>
        <w:gridCol w:w="5394"/>
      </w:tblGrid>
      <w:tr w:rsidR="00B77A66" w14:paraId="2F7CA20A" w14:textId="77777777" w:rsidTr="004C0889">
        <w:tc>
          <w:tcPr>
            <w:tcW w:w="10800" w:type="dxa"/>
            <w:gridSpan w:val="2"/>
            <w:shd w:val="clear" w:color="auto" w:fill="F79646" w:themeFill="accent6"/>
          </w:tcPr>
          <w:p w14:paraId="5FCBFB82" w14:textId="77777777" w:rsidR="00B77A66" w:rsidRDefault="00C10CE9">
            <w:r>
              <w:rPr>
                <w:b/>
              </w:rPr>
              <w:t>Career Goals &amp; Support Needs</w:t>
            </w:r>
          </w:p>
        </w:tc>
      </w:tr>
      <w:tr w:rsidR="00B77A66" w14:paraId="4B21514F" w14:textId="77777777">
        <w:tc>
          <w:tcPr>
            <w:tcW w:w="5400" w:type="dxa"/>
          </w:tcPr>
          <w:p w14:paraId="35EC32DC" w14:textId="77777777" w:rsidR="00B77A66" w:rsidRDefault="00C10CE9">
            <w:r>
              <w:t>Career Ambitions</w:t>
            </w:r>
          </w:p>
        </w:tc>
        <w:tc>
          <w:tcPr>
            <w:tcW w:w="5400" w:type="dxa"/>
          </w:tcPr>
          <w:p w14:paraId="4167EDF9" w14:textId="77777777" w:rsidR="00B77A66" w:rsidRDefault="00C10CE9">
            <w:r>
              <w:br/>
            </w:r>
            <w:r>
              <w:br/>
            </w:r>
          </w:p>
        </w:tc>
      </w:tr>
      <w:tr w:rsidR="00B77A66" w14:paraId="3AC98201" w14:textId="77777777">
        <w:tc>
          <w:tcPr>
            <w:tcW w:w="5400" w:type="dxa"/>
          </w:tcPr>
          <w:p w14:paraId="58391419" w14:textId="77777777" w:rsidR="00B77A66" w:rsidRDefault="00C10CE9">
            <w:r>
              <w:t>Barriers / Support Needs</w:t>
            </w:r>
          </w:p>
        </w:tc>
        <w:tc>
          <w:tcPr>
            <w:tcW w:w="5400" w:type="dxa"/>
          </w:tcPr>
          <w:p w14:paraId="20C4D91A" w14:textId="77777777" w:rsidR="00B77A66" w:rsidRDefault="00C10CE9">
            <w:r>
              <w:br/>
            </w:r>
            <w:r>
              <w:br/>
            </w:r>
          </w:p>
        </w:tc>
      </w:tr>
    </w:tbl>
    <w:p w14:paraId="5F8D25BF" w14:textId="77777777" w:rsidR="00B77A66" w:rsidRDefault="00B77A6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77A66" w14:paraId="7764B78C" w14:textId="77777777" w:rsidTr="004C0889">
        <w:tc>
          <w:tcPr>
            <w:tcW w:w="10800" w:type="dxa"/>
            <w:gridSpan w:val="2"/>
            <w:shd w:val="clear" w:color="auto" w:fill="F79646" w:themeFill="accent6"/>
          </w:tcPr>
          <w:p w14:paraId="44EDF1DE" w14:textId="77777777" w:rsidR="00B77A66" w:rsidRDefault="00C10CE9">
            <w:r>
              <w:rPr>
                <w:b/>
              </w:rPr>
              <w:t>Referrer Details (External Referrals Only)</w:t>
            </w:r>
          </w:p>
        </w:tc>
      </w:tr>
      <w:tr w:rsidR="00B77A66" w14:paraId="34308271" w14:textId="77777777" w:rsidTr="004C0889">
        <w:trPr>
          <w:trHeight w:val="1565"/>
        </w:trPr>
        <w:tc>
          <w:tcPr>
            <w:tcW w:w="5400" w:type="dxa"/>
          </w:tcPr>
          <w:p w14:paraId="252F8232" w14:textId="77777777" w:rsidR="00B77A66" w:rsidRDefault="00C10CE9">
            <w:r>
              <w:t>Referral Type</w:t>
            </w:r>
          </w:p>
        </w:tc>
        <w:tc>
          <w:tcPr>
            <w:tcW w:w="5400" w:type="dxa"/>
          </w:tcPr>
          <w:p w14:paraId="63CE33B6" w14:textId="390FBF80" w:rsidR="004C0889" w:rsidRDefault="00C10CE9">
            <w:sdt>
              <w:sdtPr>
                <w:id w:val="-167672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 YES</w:t>
            </w:r>
            <w:r w:rsidR="004C0889">
              <w:br/>
            </w:r>
            <w:sdt>
              <w:sdtPr>
                <w:id w:val="-45417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 Self-Referral </w:t>
            </w:r>
          </w:p>
          <w:p w14:paraId="16139257" w14:textId="7D25E2ED" w:rsidR="004C0889" w:rsidRDefault="00C10CE9">
            <w:sdt>
              <w:sdtPr>
                <w:id w:val="182045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 School/College </w:t>
            </w:r>
          </w:p>
          <w:p w14:paraId="7A7FCF3B" w14:textId="2166D446" w:rsidR="004C0889" w:rsidRDefault="00C10CE9">
            <w:sdt>
              <w:sdtPr>
                <w:id w:val="-35619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 DWP/Job Centre Plus </w:t>
            </w:r>
          </w:p>
          <w:p w14:paraId="299E32CF" w14:textId="020A21E0" w:rsidR="004C0889" w:rsidRDefault="00C10CE9">
            <w:sdt>
              <w:sdtPr>
                <w:id w:val="-18560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 Youth Offending Team </w:t>
            </w:r>
          </w:p>
          <w:p w14:paraId="2AA26CB1" w14:textId="60BF62EF" w:rsidR="00B77A66" w:rsidRDefault="00C10CE9">
            <w:sdt>
              <w:sdtPr>
                <w:id w:val="-8877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8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0889">
              <w:t xml:space="preserve"> Other</w:t>
            </w:r>
          </w:p>
        </w:tc>
      </w:tr>
      <w:tr w:rsidR="00B77A66" w14:paraId="4B88F2C1" w14:textId="77777777">
        <w:tc>
          <w:tcPr>
            <w:tcW w:w="5400" w:type="dxa"/>
          </w:tcPr>
          <w:p w14:paraId="4408EF1C" w14:textId="77777777" w:rsidR="00B77A66" w:rsidRDefault="00C10CE9">
            <w:r>
              <w:t>Referrer Name</w:t>
            </w:r>
          </w:p>
        </w:tc>
        <w:tc>
          <w:tcPr>
            <w:tcW w:w="5400" w:type="dxa"/>
          </w:tcPr>
          <w:p w14:paraId="25C9D8A5" w14:textId="77777777" w:rsidR="00B77A66" w:rsidRDefault="00B77A66"/>
        </w:tc>
      </w:tr>
      <w:tr w:rsidR="00B77A66" w14:paraId="295612C9" w14:textId="77777777">
        <w:tc>
          <w:tcPr>
            <w:tcW w:w="5400" w:type="dxa"/>
          </w:tcPr>
          <w:p w14:paraId="5FD5B485" w14:textId="77777777" w:rsidR="00B77A66" w:rsidRDefault="00C10CE9">
            <w:r>
              <w:t>Organisation</w:t>
            </w:r>
          </w:p>
        </w:tc>
        <w:tc>
          <w:tcPr>
            <w:tcW w:w="5400" w:type="dxa"/>
          </w:tcPr>
          <w:p w14:paraId="247B4D6D" w14:textId="77777777" w:rsidR="00B77A66" w:rsidRDefault="00B77A66"/>
        </w:tc>
      </w:tr>
      <w:tr w:rsidR="00B77A66" w14:paraId="4F9CFB30" w14:textId="77777777">
        <w:tc>
          <w:tcPr>
            <w:tcW w:w="5400" w:type="dxa"/>
          </w:tcPr>
          <w:p w14:paraId="661B67BC" w14:textId="77777777" w:rsidR="00B77A66" w:rsidRDefault="00C10CE9">
            <w:r>
              <w:t>Telephone</w:t>
            </w:r>
          </w:p>
        </w:tc>
        <w:tc>
          <w:tcPr>
            <w:tcW w:w="5400" w:type="dxa"/>
          </w:tcPr>
          <w:p w14:paraId="44677269" w14:textId="77777777" w:rsidR="00B77A66" w:rsidRDefault="00B77A66"/>
        </w:tc>
      </w:tr>
      <w:tr w:rsidR="00B77A66" w14:paraId="05DB0E8D" w14:textId="77777777">
        <w:tc>
          <w:tcPr>
            <w:tcW w:w="5400" w:type="dxa"/>
          </w:tcPr>
          <w:p w14:paraId="545D407F" w14:textId="77777777" w:rsidR="00B77A66" w:rsidRDefault="00C10CE9">
            <w:r>
              <w:t>Email</w:t>
            </w:r>
          </w:p>
        </w:tc>
        <w:tc>
          <w:tcPr>
            <w:tcW w:w="5400" w:type="dxa"/>
          </w:tcPr>
          <w:p w14:paraId="18801CBC" w14:textId="77777777" w:rsidR="00B77A66" w:rsidRDefault="00B77A66"/>
        </w:tc>
      </w:tr>
    </w:tbl>
    <w:p w14:paraId="6AE4B5FF" w14:textId="77777777" w:rsidR="00B77A66" w:rsidRDefault="00B77A66"/>
    <w:p w14:paraId="6326EED9" w14:textId="77777777" w:rsidR="00B77A66" w:rsidRDefault="00C10CE9">
      <w:r>
        <w:rPr>
          <w:b/>
        </w:rPr>
        <w:t>Privacy Notice</w:t>
      </w:r>
      <w:r>
        <w:rPr>
          <w:b/>
        </w:rPr>
        <w:br/>
      </w:r>
      <w:r>
        <w:t>Information provided will only be used to assess and support this referral and will be handled in accordance with data protection legislation.</w:t>
      </w:r>
    </w:p>
    <w:sectPr w:rsidR="00B77A66" w:rsidSect="0003461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394382">
    <w:abstractNumId w:val="8"/>
  </w:num>
  <w:num w:numId="2" w16cid:durableId="227887074">
    <w:abstractNumId w:val="6"/>
  </w:num>
  <w:num w:numId="3" w16cid:durableId="340203249">
    <w:abstractNumId w:val="5"/>
  </w:num>
  <w:num w:numId="4" w16cid:durableId="1420712671">
    <w:abstractNumId w:val="4"/>
  </w:num>
  <w:num w:numId="5" w16cid:durableId="771583152">
    <w:abstractNumId w:val="7"/>
  </w:num>
  <w:num w:numId="6" w16cid:durableId="1593779221">
    <w:abstractNumId w:val="3"/>
  </w:num>
  <w:num w:numId="7" w16cid:durableId="847136086">
    <w:abstractNumId w:val="2"/>
  </w:num>
  <w:num w:numId="8" w16cid:durableId="386419348">
    <w:abstractNumId w:val="1"/>
  </w:num>
  <w:num w:numId="9" w16cid:durableId="158421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C0889"/>
    <w:rsid w:val="004C103D"/>
    <w:rsid w:val="00641D92"/>
    <w:rsid w:val="006B417A"/>
    <w:rsid w:val="0099288F"/>
    <w:rsid w:val="00A17026"/>
    <w:rsid w:val="00AA1D8D"/>
    <w:rsid w:val="00B47730"/>
    <w:rsid w:val="00B77A6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238226"/>
  <w14:defaultImageDpi w14:val="330"/>
  <w15:docId w15:val="{B9C54810-9878-4788-B7AC-78D1C997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Lisa Crozier</cp:lastModifiedBy>
  <cp:revision>2</cp:revision>
  <dcterms:created xsi:type="dcterms:W3CDTF">2026-07-14T10:21:00Z</dcterms:created>
  <dcterms:modified xsi:type="dcterms:W3CDTF">2026-07-14T10:21:00Z</dcterms:modified>
  <cp:category/>
</cp:coreProperties>
</file>